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png" ContentType="image/png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 Konsultasi Pembuatan Aplikasi</w:t>
      </w:r>
    </w:p>
    <w:p>
      <w:pPr>
        <w:pStyle w:val="Subtitle"/>
      </w:pPr>
      <w:r>
        <w:t>Bermuda App</w:t>
      </w:r>
    </w:p>
    <w:p>
      <w:r>
        <w:t>Isi jawaban singkat sebelum konsultasi. Jika belum tahu, tulis “perlu didiskusikan”. Jawaban ini menjadi dasar pembahasan kebutuhan dan penawaran, bukan persetujuan biaya atau jadwal.</w:t>
      </w:r>
    </w:p>
    <w:p>
      <w:pPr>
        <w:pStyle w:val="Heading1"/>
      </w:pPr>
      <w:r>
        <w:t>1 Profil dan tujuan</w:t>
      </w:r>
    </w:p>
    <w:p>
      <w:r>
        <w:rPr>
          <w:b/>
        </w:rPr>
        <w:t>Nama usaha atau organisasi dan bidang usaha</w:t>
      </w:r>
    </w:p>
    <w:p>
      <w:r>
        <w:t>________________________________________________________________________</w:t>
      </w:r>
    </w:p>
    <w:p>
      <w:r>
        <w:rPr>
          <w:b/>
        </w:rPr>
        <w:t>Nama PIC dan kontak yang dapat dihubungi</w:t>
      </w:r>
    </w:p>
    <w:p>
      <w:r>
        <w:t>________________________________________________________________________</w:t>
      </w:r>
    </w:p>
    <w:p>
      <w:r>
        <w:rPr>
          <w:b/>
        </w:rPr>
        <w:t>Masalah utama yang ingin diselesaikan</w:t>
      </w:r>
    </w:p>
    <w:p>
      <w:r>
        <w:t>Jelaskan cara kerja saat ini dan bagian yang paling menyita waktu atau sering menimbulkan kesalahan.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</w:rPr>
        <w:t>Hasil yang ingin dicapai</w:t>
      </w:r>
    </w:p>
    <w:p>
      <w:r>
        <w:t>Contoh: laporan harian tersedia tanpa rekap ulang. Jika ada, tulis ukuran keberhasilan dan kondisi saat ini.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</w:rPr>
        <w:t>Siapa yang menggunakan aplikasi</w:t>
      </w:r>
    </w:p>
    <w:p>
      <w:r>
        <w:t>Sebutkan peran, jumlah pengguna awal, perkiraan pengguna bersamaan, dan cabang jika ada.</w:t>
      </w:r>
    </w:p>
    <w:p>
      <w:r>
        <w:t>________________________________________________________________________</w:t>
      </w:r>
    </w:p>
    <w:p>
      <w:r>
        <w:rPr>
          <w:b/>
        </w:rPr>
        <w:t>Perangkat yang digunakan</w:t>
      </w:r>
    </w:p>
    <w:p>
      <w:r>
        <w:t>Ponsel / komputer / keduanya. Apakah harus tetap bisa bekerja tanpa internet?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2 Alur kerja dan fitur</w:t>
      </w:r>
    </w:p>
    <w:p>
      <w:r>
        <w:rPr>
          <w:b/>
        </w:rPr>
        <w:t>Ceritakan satu alur kerja utama</w:t>
      </w:r>
    </w:p>
    <w:p>
      <w:r>
        <w:t>Mulai dari siapa memasukkan data, siapa memeriksa atau menyetujui, sampai hasil akhirnya.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</w:rPr>
        <w:t>Tiga fitur wajib untuk versi pertama</w:t>
      </w:r>
    </w:p>
    <w:p>
      <w:r>
        <w:t>Urutkan 1 sampai 3. Bedakan kebutuhan wajib dengan fitur tambahan.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</w:rPr>
        <w:t>Fitur yang boleh dikerjakan pada tahap berikutnya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</w:rPr>
        <w:t>Data dan laporan yang dibutuhkan</w:t>
      </w:r>
    </w:p>
    <w:p>
      <w:r>
        <w:t>Sebutkan kolom penting, jenis laporan, format ekspor, dan contoh file yang tersedia.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</w:rPr>
        <w:t>Hak akses pengguna</w:t>
      </w:r>
    </w:p>
    <w:p>
      <w:r>
        <w:t>Siapa boleh melihat, menambah, mengubah, menghapus, dan menyetujui data?</w:t>
      </w:r>
    </w:p>
    <w:p>
      <w:r>
        <w:t>________________________________________________________________________</w:t>
      </w:r>
    </w:p>
    <w:p>
      <w:r>
        <w:rPr>
          <w:b/>
        </w:rPr>
        <w:t>Integrasi dengan layanan lain</w:t>
      </w:r>
    </w:p>
    <w:p>
      <w:r>
        <w:t>Contoh: aplikasi lama, WhatsApp, email, pembayaran, spreadsheet, atau sistem akuntansi. Sebutkan penyedia jika sudah ada.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 Persiapan dan batas pekerjaan</w:t>
      </w:r>
    </w:p>
    <w:p>
      <w:r>
        <w:rPr>
          <w:b/>
        </w:rPr>
        <w:t>Data lama dan kebutuhan penyimpanan</w:t>
      </w:r>
    </w:p>
    <w:p>
      <w:r>
        <w:t>Apakah data perlu dipindahkan? Berapa banyak? Perlu cadangan, arsip, dan penyimpanan berapa lama?</w:t>
      </w:r>
    </w:p>
    <w:p>
      <w:r>
        <w:t>________________________________________________________________________</w:t>
      </w:r>
    </w:p>
    <w:p>
      <w:r>
        <w:rPr>
          <w:b/>
        </w:rPr>
        <w:t>Data sensitif atau persyaratan khusus</w:t>
      </w:r>
    </w:p>
    <w:p>
      <w:r>
        <w:t>Sebutkan jenisnya saja; jangan tulis kata sandi, kunci API, atau data pribadi nyata di brief.</w:t>
      </w:r>
    </w:p>
    <w:p>
      <w:r>
        <w:t>________________________________________________________________________</w:t>
      </w:r>
    </w:p>
    <w:p>
      <w:r>
        <w:rPr>
          <w:b/>
        </w:rPr>
        <w:t>Identitas visual dan referensi</w:t>
      </w:r>
    </w:p>
    <w:p>
      <w:r>
        <w:t>Logo, warna, bahasa, contoh tampilan, dan bagian referensi yang disukai.</w:t>
      </w:r>
    </w:p>
    <w:p>
      <w:r>
        <w:t>________________________________________________________________________</w:t>
      </w:r>
    </w:p>
    <w:p>
      <w:r>
        <w:rPr>
          <w:b/>
        </w:rPr>
        <w:t>Target mulai dan target selesai</w:t>
      </w:r>
    </w:p>
    <w:p>
      <w:r>
        <w:t>Jelaskan alasan tenggat, tahap peluncuran, dan waktu PIC untuk memberi masukan.</w:t>
      </w:r>
    </w:p>
    <w:p>
      <w:r>
        <w:t>________________________________________________________________________</w:t>
      </w:r>
    </w:p>
    <w:p>
      <w:r>
        <w:rPr>
          <w:b/>
        </w:rPr>
        <w:t>Kisaran anggaran</w:t>
      </w:r>
    </w:p>
    <w:p>
      <w:r>
        <w:t>Pisahkan anggaran pembuatan awal dengan biaya rutin hosting, domain, API, atau layanan lain.</w:t>
      </w:r>
    </w:p>
    <w:p>
      <w:r>
        <w:t>________________________________________________________________________</w:t>
      </w:r>
    </w:p>
    <w:p>
      <w:r>
        <w:rPr>
          <w:b/>
        </w:rPr>
        <w:t>Domain hosting dan akun layanan</w:t>
      </w:r>
    </w:p>
    <w:p>
      <w:r>
        <w:t>Apa yang sudah tersedia, siapa pemiliknya, dan siapa yang akan membayar biaya rutin?</w:t>
      </w:r>
    </w:p>
    <w:p>
      <w:r>
        <w:t>________________________________________________________________________</w:t>
      </w:r>
    </w:p>
    <w:p>
      <w:r>
        <w:rPr>
          <w:b/>
        </w:rPr>
        <w:t>Serah terima dan dukungan</w:t>
      </w:r>
    </w:p>
    <w:p>
      <w:r>
        <w:t>Perlu kode sumber, dokumentasi, pelatihan, pemeliharaan, atau dukungan berapa lama?</w:t>
      </w:r>
    </w:p>
    <w:p>
      <w:r>
        <w:t>________________________________________________________________________</w:t>
      </w:r>
    </w:p>
    <w:p>
      <w:r>
        <w:rPr>
          <w:b/>
        </w:rPr>
        <w:t>Pengambil keputusan dan persetujuan akhir</w:t>
      </w:r>
    </w:p>
    <w:p>
      <w:r>
        <w:t>Siapa menyetujui fitur, tampilan, biaya, dan hasil uji?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Ringkasan hasil konsultasi</w:t>
      </w:r>
    </w:p>
    <w:p>
      <w:r>
        <w:t>Diisi bersama setelah diskusi. Gunakan ringkasan ini sebagai dasar ruang lingkup dan penawaran tertulis.</w:t>
      </w:r>
    </w:p>
    <w:p>
      <w:r>
        <w:rPr>
          <w:b/>
        </w:rPr>
        <w:t>Tujuan versi pertama dan ukuran keberhasilan</w:t>
      </w:r>
    </w:p>
    <w:p>
      <w:r>
        <w:t>________________________________________________________________________</w:t>
      </w:r>
    </w:p>
    <w:p>
      <w:r>
        <w:rPr>
          <w:b/>
        </w:rPr>
        <w:t>Fitur yang termasuk dalam pekerjaan</w:t>
      </w:r>
    </w:p>
    <w:p>
      <w:r>
        <w:t>________________________________________________________________________</w:t>
      </w:r>
    </w:p>
    <w:p>
      <w:r>
        <w:rPr>
          <w:b/>
        </w:rPr>
        <w:t>Fitur yang tidak termasuk atau ditunda</w:t>
      </w:r>
    </w:p>
    <w:p>
      <w:r>
        <w:t>________________________________________________________________________</w:t>
      </w:r>
    </w:p>
    <w:p>
      <w:r>
        <w:rPr>
          <w:b/>
        </w:rPr>
        <w:t>Hasil yang diserahkan dan platform yang digunakan</w:t>
      </w:r>
    </w:p>
    <w:p>
      <w:r>
        <w:t>________________________________________________________________________</w:t>
      </w:r>
    </w:p>
    <w:p>
      <w:r>
        <w:rPr>
          <w:b/>
        </w:rPr>
        <w:t>Bahan atau akses yang harus disiapkan klien</w:t>
      </w:r>
    </w:p>
    <w:p>
      <w:r>
        <w:t>________________________________________________________________________</w:t>
      </w:r>
    </w:p>
    <w:p>
      <w:r>
        <w:rPr>
          <w:b/>
        </w:rPr>
        <w:t>Tahapan jadwal dan waktu review klien</w:t>
      </w:r>
    </w:p>
    <w:p>
      <w:r>
        <w:t>________________________________________________________________________</w:t>
      </w:r>
    </w:p>
    <w:p>
      <w:r>
        <w:rPr>
          <w:b/>
        </w:rPr>
        <w:t>Estimasi biaya awal dan biaya rutin terpisah</w:t>
      </w:r>
    </w:p>
    <w:p>
      <w:r>
        <w:t>________________________________________________________________________</w:t>
      </w:r>
    </w:p>
    <w:p>
      <w:r>
        <w:rPr>
          <w:b/>
        </w:rPr>
        <w:t>Jumlah revisi dan cara menangani tambahan fitur</w:t>
      </w:r>
    </w:p>
    <w:p>
      <w:r>
        <w:t>________________________________________________________________________</w:t>
      </w:r>
    </w:p>
    <w:p>
      <w:r>
        <w:rPr>
          <w:b/>
        </w:rPr>
        <w:t>Skenario uji serta kriteria penerimaan</w:t>
      </w:r>
    </w:p>
    <w:p>
      <w:r>
        <w:t>________________________________________________________________________</w:t>
      </w:r>
    </w:p>
    <w:p>
      <w:r>
        <w:rPr>
          <w:b/>
        </w:rPr>
        <w:t>Kepemilikan kode dan data serta masa dukungan</w:t>
      </w:r>
    </w:p>
    <w:p>
      <w:r>
        <w:t>________________________________________________________________________</w:t>
      </w:r>
    </w:p>
    <w:p>
      <w:r>
        <w:rPr>
          <w:b/>
        </w:rPr>
        <w:t>Tindak lanjut berikutnya PIC dan tanggal</w:t>
      </w:r>
    </w:p>
    <w:p>
      <w:r>
        <w:t>________________________________________________________________________</w:t>
      </w:r>
    </w:p>
    <w:p>
      <w:r>
        <w:t>Sebelum pekerjaan dimulai, kedua pihak menyepakati ruang lingkup, biaya, jadwal, pembayaran, dan hasil yang harus diterima. Perubahan di luar lingkup ditinjau dampaknya terhadap biaya dan waktu terlebih dahulu.</w:t>
      </w:r>
    </w:p>
    <w:sectPr w:rsidR="00FC693F" w:rsidRPr="0006063C" w:rsidSect="00034616">
      <w:headerReference w:type="default" r:id="rIdBermudaHeader"/>
      <w:footerReference w:type="default" r:id="rId9"/>
      <w:pgSz w:w="11906" w:h="16838"/>
      <w:pgMar w:top="1550" w:right="850" w:bottom="1150" w:left="8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D970F" w14:textId="77777777" w:rsidR="00986479" w:rsidRDefault="00986479">
    <w:pPr>
      <w:pBdr>
        <w:bottom w:val="single" w:sz="14" w:space="1" w:color="C2A158"/>
      </w:pBdr>
      <w:ind w:left="-850" w:right="-850"/>
      <w:spacing w:before="0" w:after="0" w:line="240" w:lineRule="auto"/>
    </w:pPr>
  </w:p>
  <w:tbl>
    <w:tblPr>
      <w:tblW w:w="11906" w:type="dxa"/>
      <w:tblInd w:w="-85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00"/>
      <w:gridCol w:w="6706"/>
    </w:tblGrid>
    <w:tr w:rsidR="00986479" w14:paraId="4CF4891D" w14:textId="77777777">
      <w:tblPrEx>
        <w:tblCellMar>
          <w:top w:w="0" w:type="dxa"/>
          <w:bottom w:w="0" w:type="dxa"/>
        </w:tblCellMar>
      </w:tblPrEx>
      <w:tc>
        <w:tcPr>
          <w:tcW w:w="5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0F2A4A"/>
          <w:tcMar>
            <w:top w:w="130" w:type="dxa"/>
            <w:left w:w="400" w:type="dxa"/>
            <w:bottom w:w="130" w:type="dxa"/>
            <w:right w:w="60" w:type="dxa"/>
          </w:tcMar>
          <w:vAlign w:val="center"/>
        </w:tcPr>
        <w:p w14:paraId="7A58FC61" w14:textId="77777777" w:rsidR="00986479" w:rsidRDefault="004E6590">
          <w:pPr>
            <w:spacing w:line="238" w:lineRule="auto" w:before="0" w:after="0"/>
          </w:pPr>
          <w:r>
            <w:rPr>
              <w:b/>
              <w:bCs/>
              <w:color w:val="C2A158"/>
              <w:sz w:val="13"/>
              <w:szCs w:val="13"/>
              <w:rFonts w:ascii="Onest" w:hAnsi="Onest" w:eastAsia="Onest" w:cs="Onest"/>
            </w:rPr>
            <w:t>BERMUDA APP</w:t>
          </w:r>
          <w:r>
            <w:rPr>
              <w:color w:val="C9D6E5"/>
              <w:sz w:val="13"/>
              <w:szCs w:val="13"/>
              <w:rFonts w:ascii="Onest" w:hAnsi="Onest" w:eastAsia="Onest" w:cs="Onest"/>
            </w:rPr>
            <w:t xml:space="preserve">   |   Bermuda Lentera</w:t>
          </w:r>
          <w:proofErr w:type="spellStart"/>
          <w:r>
            <w:rPr>
              <w:color w:val="C9D6E5"/>
              <w:sz w:val="13"/>
              <w:szCs w:val="13"/>
              <w:rFonts w:ascii="Onest" w:hAnsi="Onest" w:eastAsia="Onest" w:cs="Onest"/>
            </w:rPr>
            <w:t/>
          </w:r>
          <w:proofErr w:type="spellEnd"/>
          <w:r>
            <w:rPr>
              <w:color w:val="C9D6E5"/>
              <w:sz w:val="13"/>
              <w:szCs w:val="13"/>
              <w:rFonts w:ascii="Onest" w:hAnsi="Onest" w:eastAsia="Onest" w:cs="Onest"/>
            </w:rPr>
            <w:t xml:space="preserve"/>
          </w:r>
        </w:p>
      </w:tc>
      <w:tc>
        <w:tcPr>
          <w:tcW w:w="67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0F2A4A"/>
          <w:tcMar>
            <w:top w:w="130" w:type="dxa"/>
            <w:left w:w="60" w:type="dxa"/>
            <w:bottom w:w="130" w:type="dxa"/>
            <w:right w:w="400" w:type="dxa"/>
          </w:tcMar>
          <w:vAlign w:val="center"/>
        </w:tcPr>
        <w:p w14:paraId="42D6FEAA" w14:textId="77777777" w:rsidR="00986479" w:rsidRDefault="004E6590">
          <w:pPr>
            <w:spacing w:line="238" w:lineRule="auto" w:before="0" w:after="0"/>
            <w:jc w:val="right"/>
          </w:pPr>
          <w:proofErr w:type="gramStart"/>
          <w:r>
            <w:rPr>
              <w:color w:val="C9D6E5"/>
              <w:sz w:val="13"/>
              <w:szCs w:val="13"/>
              <w:rFonts w:ascii="Onest" w:hAnsi="Onest" w:eastAsia="Onest" w:cs="Onest"/>
            </w:rPr>
            <w:t>app.bermudaku.com  |  hallo@bermudaku.com  |  +62 818-0702-1100</w:t>
          </w:r>
          <w:proofErr w:type="gramEnd"/>
          <w:r>
            <w:rPr>
              <w:color w:val="C9D6E5"/>
              <w:sz w:val="13"/>
              <w:szCs w:val="13"/>
              <w:rFonts w:ascii="Onest" w:hAnsi="Onest" w:eastAsia="Onest" w:cs="Onest"/>
            </w:rPr>
            <w:t xml:space="preserve"/>
          </w:r>
          <w:proofErr w:type="gramStart"/>
          <w:r>
            <w:rPr>
              <w:color w:val="C9D6E5"/>
              <w:sz w:val="13"/>
              <w:szCs w:val="13"/>
              <w:rFonts w:ascii="Onest" w:hAnsi="Onest" w:eastAsia="Onest" w:cs="Onest"/>
            </w:rPr>
            <w:t/>
          </w:r>
          <w:proofErr w:type="gramEnd"/>
          <w:r>
            <w:rPr>
              <w:color w:val="C9D6E5"/>
              <w:sz w:val="13"/>
              <w:szCs w:val="13"/>
              <w:rFonts w:ascii="Onest" w:hAnsi="Onest" w:eastAsia="Onest" w:cs="Onest"/>
            </w:rPr>
            <w:t xml:space="preserve"/>
          </w:r>
        </w:p>
      </w:tc>
    </w:tr>
  </w:tbl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906" w:type="dxa"/>
      <w:tblInd w:w="-85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350"/>
      <w:gridCol w:w="5100"/>
      <w:gridCol w:w="5456"/>
    </w:tblGrid>
    <w:tr w:rsidR="00986479" w14:paraId="6E7FE588" w14:textId="77777777">
      <w:tblPrEx>
        <w:tblCellMar>
          <w:top w:w="0" w:type="dxa"/>
          <w:bottom w:w="0" w:type="dxa"/>
        </w:tblCellMar>
      </w:tblPrEx>
      <w:tc>
        <w:tcPr>
          <w:tcW w:w="135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2E7"/>
          <w:tcMar>
            <w:top w:w="240" w:type="dxa"/>
            <w:left w:w="420" w:type="dxa"/>
            <w:bottom w:w="240" w:type="dxa"/>
            <w:right w:w="60" w:type="dxa"/>
          </w:tcMar>
          <w:vAlign w:val="center"/>
        </w:tcPr>
        <w:p w14:paraId="4C079F20" w14:textId="77777777" w:rsidR="00986479" w:rsidRDefault="004E6590">
          <w:pPr>
            <w:spacing w:before="0" w:after="0" w:line="240" w:lineRule="auto"/>
          </w:pPr>
          <w:r>
            <w:rPr>
              <w:noProof/>
              <w:rFonts w:ascii="Onest" w:hAnsi="Onest" w:eastAsia="Onest" w:cs="Onest"/>
            </w:rPr>
            <w:drawing>
              <wp:inline distT="0" distB="0" distL="0" distR="0" wp14:anchorId="5E79D6FA" wp14:editId="03392E6F">
                <wp:extent cx="495300" cy="495300"/>
                <wp:effectExtent l="0" t="0" r="0" b="0"/>
                <wp:docPr id="1108212293" name="Picture 1108212293" descr="Logo Bermuda Ap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2E7"/>
          <w:tcMar>
            <w:top w:w="240" w:type="dxa"/>
            <w:left w:w="60" w:type="dxa"/>
            <w:bottom w:w="240" w:type="dxa"/>
            <w:right w:w="60" w:type="dxa"/>
          </w:tcMar>
          <w:vAlign w:val="center"/>
        </w:tcPr>
        <w:p w14:paraId="5B70629E" w14:textId="77777777" w:rsidR="00986479" w:rsidRDefault="004E6590">
          <w:pPr>
            <w:spacing w:before="0" w:after="0" w:line="240" w:lineRule="auto"/>
          </w:pPr>
          <w:r>
            <w:rPr>
              <w:noProof/>
              <w:rFonts w:ascii="Onest" w:hAnsi="Onest" w:eastAsia="Onest" w:cs="Onest"/>
            </w:rPr>
            <w:drawing>
              <wp:inline distT="0" distB="0" distL="0" distR="0" wp14:anchorId="43B7043B" wp14:editId="5F2A3635">
                <wp:extent cx="1028700" cy="485775"/>
                <wp:effectExtent l="0" t="0" r="0" b="0"/>
                <wp:docPr id="1657878750" name="Picture 1657878750" descr="Logo Bermuda Ap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2E7"/>
          <w:tcMar>
            <w:top w:w="240" w:type="dxa"/>
            <w:left w:w="60" w:type="dxa"/>
            <w:bottom w:w="240" w:type="dxa"/>
            <w:right w:w="420" w:type="dxa"/>
          </w:tcMar>
          <w:vAlign w:val="center"/>
        </w:tcPr>
        <w:p w14:paraId="018438FE" w14:textId="77777777" w:rsidR="00986479" w:rsidRDefault="004E6590">
          <w:pPr>
            <w:spacing w:after="10" w:line="238" w:lineRule="auto" w:before="0"/>
            <w:jc w:val="right"/>
          </w:pPr>
          <w:r>
            <w:rPr>
              <w:b/>
              <w:bCs/>
              <w:color w:val="0F2A4A"/>
              <w:sz w:val="16"/>
              <w:szCs w:val="16"/>
              <w:rFonts w:ascii="Onest" w:hAnsi="Onest" w:eastAsia="Onest" w:cs="Onest"/>
            </w:rPr>
            <w:t>app.bermudaku.com</w:t>
          </w:r>
        </w:p>
        <w:p w14:paraId="488B29D6" w14:textId="77777777" w:rsidR="00986479" w:rsidRDefault="004E6590">
          <w:pPr>
            <w:spacing w:after="10" w:line="238" w:lineRule="auto" w:before="0"/>
            <w:jc w:val="right"/>
          </w:pPr>
          <w:r>
            <w:rPr>
              <w:color w:val="6B5A38"/>
              <w:sz w:val="15"/>
              <w:szCs w:val="15"/>
              <w:rFonts w:ascii="Onest" w:hAnsi="Onest" w:eastAsia="Onest" w:cs="Onest"/>
            </w:rPr>
            <w:t>hallo@bermudaku.com</w:t>
          </w:r>
        </w:p>
        <w:p w14:paraId="1DD0CE1D" w14:textId="77777777" w:rsidR="00986479" w:rsidRDefault="004E6590">
          <w:pPr>
            <w:spacing w:line="238" w:lineRule="auto" w:before="0" w:after="0"/>
            <w:jc w:val="right"/>
          </w:pPr>
          <w:r>
            <w:rPr>
              <w:color w:val="6B5A38"/>
              <w:sz w:val="15"/>
              <w:szCs w:val="15"/>
              <w:rFonts w:ascii="Onest" w:hAnsi="Onest" w:eastAsia="Onest" w:cs="Onest"/>
            </w:rPr>
            <w:t>WhatsApp +62 818-0702-1100</w:t>
          </w:r>
        </w:p>
      </w:tc>
    </w:tr>
  </w:tbl>
  <w:p w14:paraId="3B9578AF" w14:textId="77777777" w:rsidR="00986479" w:rsidRDefault="00986479">
    <w:pPr>
      <w:pBdr>
        <w:bottom w:val="single" w:sz="18" w:space="1" w:color="C2A158"/>
      </w:pBdr>
      <w:spacing w:after="200" w:before="0" w:line="240" w:lineRule="auto"/>
      <w:ind w:left="-850" w:right="-85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BermudaHeader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app-wordmark.png"/><Relationship Id="rId1" Type="http://schemas.openxmlformats.org/officeDocument/2006/relationships/image" Target="media/app-icon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Konsultasi Pembuatan Aplikasi</dc:title>
  <dc:subject/>
  <dc:creator>Bermuda 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